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 w:before="0" w:line="252" w:lineRule="auto"/>
      </w:pPr>
      <w:r>
        <w:rPr>
          <w:rFonts w:ascii="Arial" w:hAnsi="Arial"/>
          <w:b w:val="0"/>
          <w:sz w:val="21"/>
        </w:rPr>
        <w:t>[Vorname Nachname]</w:t>
        <w:br/>
        <w:t>[Straße Hausnummer]</w:t>
        <w:br/>
        <w:t>[PLZ Ort]</w:t>
      </w:r>
    </w:p>
    <w:p>
      <w:pPr>
        <w:spacing w:after="280" w:before="0"/>
      </w:pPr>
      <w:r>
        <w:rPr>
          <w:rFonts w:ascii="Arial" w:hAnsi="Arial"/>
          <w:b w:val="0"/>
          <w:sz w:val="22"/>
        </w:rPr>
        <w:t>[Pflegekasse / private Pflegepflichtversicherung]</w:t>
        <w:br/>
        <w:t>[Anschrift]</w:t>
        <w:br/>
        <w:t>[PLZ Ort]</w:t>
      </w:r>
    </w:p>
    <w:p>
      <w:pPr>
        <w:spacing w:after="400" w:before="0"/>
        <w:jc w:val="right"/>
      </w:pPr>
      <w:r>
        <w:rPr>
          <w:rFonts w:ascii="Arial" w:hAnsi="Arial"/>
          <w:b w:val="0"/>
          <w:sz w:val="22"/>
        </w:rPr>
        <w:t>[Ort], [Datum]</w:t>
      </w:r>
    </w:p>
    <w:p>
      <w:pPr>
        <w:spacing w:after="240" w:before="0"/>
      </w:pPr>
      <w:r>
        <w:rPr>
          <w:rFonts w:ascii="Arial" w:hAnsi="Arial"/>
          <w:b/>
          <w:sz w:val="28"/>
        </w:rPr>
        <w:t>Antrag auf erneute Prüfung meines Pflegegrades</w:t>
      </w:r>
    </w:p>
    <w:p>
      <w:pPr>
        <w:spacing w:after="240" w:before="0"/>
      </w:pPr>
      <w:r>
        <w:rPr>
          <w:rFonts w:ascii="Arial" w:hAnsi="Arial"/>
          <w:b w:val="0"/>
          <w:sz w:val="21"/>
        </w:rPr>
        <w:t>Versicherungsnummer: [Nummer]</w:t>
        <w:br/>
        <w:t>Geburtsdatum (optional): [Datum]</w:t>
      </w:r>
    </w:p>
    <w:p>
      <w:pPr>
        <w:spacing w:after="240" w:before="0"/>
      </w:pPr>
      <w:r>
        <w:rPr>
          <w:rFonts w:ascii="Arial" w:hAnsi="Arial"/>
          <w:b w:val="0"/>
          <w:sz w:val="21"/>
        </w:rPr>
        <w:t>Bisheriger Pflegegrad: [Pflegegrad]</w:t>
        <w:br/>
        <w:t>Veränderung seit: [Zeitpunkt]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Sehr geehrte Damen und Herren,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mein Unterstützungsbedarf hat sich verändert. Ich beantrage die erneute Prüfung meines Pflegegrades. Die zusätzlich benötigte Hilfe beschreibe ich unten.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Bitte bestätigen Sie den Eingang und teilen Sie mir die nächsten Schritte mit. Relevante Unterlagen reiche ich nach Abstimmung ein.</w:t>
      </w:r>
    </w:p>
    <w:p>
      <w:pPr>
        <w:spacing w:after="300" w:before="0"/>
      </w:pPr>
      <w:r>
        <w:rPr>
          <w:rFonts w:ascii="Arial" w:hAnsi="Arial"/>
          <w:b w:val="0"/>
          <w:color w:val="008E99"/>
          <w:sz w:val="22"/>
        </w:rPr>
        <w:t>[Konkrete Alltagssituationen, Art und Häufigkeit der zusätzlich benötigten Hilfe beschreiben.]</w:t>
      </w:r>
    </w:p>
    <w:p>
      <w:pPr>
        <w:spacing w:after="440" w:before="0"/>
      </w:pPr>
      <w:r>
        <w:rPr>
          <w:rFonts w:ascii="Arial" w:hAnsi="Arial"/>
          <w:b w:val="0"/>
          <w:sz w:val="22"/>
        </w:rPr>
        <w:t>Mit freundlichen Grüßen</w:t>
      </w:r>
    </w:p>
    <w:p>
      <w:pPr>
        <w:spacing w:after="80" w:before="0"/>
      </w:pPr>
      <w:r>
        <w:rPr>
          <w:rFonts w:ascii="Arial" w:hAnsi="Arial"/>
          <w:b w:val="0"/>
          <w:color w:val="008E99"/>
          <w:sz w:val="21"/>
        </w:rPr>
        <w:t>[Unterschrift]</w:t>
      </w:r>
    </w:p>
    <w:p>
      <w:pPr>
        <w:spacing w:after="0" w:before="0"/>
      </w:pPr>
      <w:r>
        <w:rPr>
          <w:rFonts w:ascii="Arial" w:hAnsi="Arial"/>
          <w:b w:val="0"/>
          <w:sz w:val="18"/>
        </w:rPr>
        <w:t>[Name der versicherten oder vertretungsberechtigten Person]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474" w:left="1417" w:header="397" w:footer="65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80"/>
    </w:pPr>
    <w:r>
      <w:rPr>
        <w:rFonts w:ascii="Arial" w:hAnsi="Arial"/>
        <w:b w:val="0"/>
        <w:color w:val="566A7B"/>
        <w:sz w:val="16"/>
      </w:rPr>
      <w:t>Kostenlose Formulierungshilfe von AuviaCare. Absender des Schreibens sind Sie.</w:t>
    </w:r>
  </w:p>
  <w:p>
    <w:pPr>
      <w:spacing w:after="60"/>
    </w:pPr>
    <w:r>
      <w:rPr>
        <w:rFonts w:ascii="Arial" w:hAnsi="Arial"/>
        <w:b w:val="0"/>
        <w:color w:val="566A7B"/>
        <w:sz w:val="16"/>
      </w:rPr>
      <w:t>AuviaCare UG (haftungsbeschränkt) | Gertrudstr. 49 · 27751 Delmenhorst</w:t>
    </w:r>
  </w:p>
  <w:p>
    <w:pPr>
      <w:spacing w:after="0"/>
    </w:pPr>
    <w:r>
      <w:rPr>
        <w:rFonts w:ascii="Arial" w:hAnsi="Arial"/>
        <w:b/>
        <w:color w:val="172E52"/>
        <w:sz w:val="16"/>
      </w:rPr>
      <w:t>04221 4500168 | info@auviacare.de | www.auviacare.de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728000" cy="812145"/>
          <wp:docPr id="1" name="Picture 1" descr="AuviaCare Original-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8000" cy="81214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Arial" w:hAnsi="Arial"/>
      <w:color w:val="172E52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erneute Prüfung meines Pflegegrades</dc:title>
  <dc:subject>Bearbeitbare Briefvorlage</dc:subject>
  <dc:creator>AuviaCare UG (haftungsbeschränkt)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